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4100DA" w14:textId="77777777" w:rsidR="00BB357D" w:rsidRDefault="00860A06">
      <w:pPr>
        <w:jc w:val="center"/>
        <w:rPr>
          <w:b/>
          <w:color w:val="8A2BE2"/>
          <w:sz w:val="56"/>
        </w:rPr>
      </w:pPr>
      <w:r>
        <w:rPr>
          <w:b/>
          <w:color w:val="8A2BE2"/>
          <w:sz w:val="56"/>
        </w:rPr>
        <w:t>SWAG YOUTH NEWSLETTER</w:t>
      </w:r>
    </w:p>
    <w:p w14:paraId="716412E6" w14:textId="2AD7022C" w:rsidR="00615CB7" w:rsidRDefault="00615CB7">
      <w:pPr>
        <w:jc w:val="center"/>
      </w:pPr>
      <w:r>
        <w:rPr>
          <w:b/>
          <w:color w:val="8A2BE2"/>
          <w:sz w:val="56"/>
        </w:rPr>
        <w:t>“Saved With Amazing Grace”</w:t>
      </w:r>
    </w:p>
    <w:p w14:paraId="354539EE" w14:textId="163AE787" w:rsidR="00BC184E" w:rsidRDefault="00860A06" w:rsidP="00BC184E">
      <w:pPr>
        <w:jc w:val="center"/>
        <w:rPr>
          <w:i/>
          <w:color w:val="FF69B4"/>
          <w:sz w:val="32"/>
        </w:rPr>
      </w:pPr>
      <w:r>
        <w:rPr>
          <w:i/>
          <w:color w:val="FF69B4"/>
          <w:sz w:val="32"/>
        </w:rPr>
        <w:t>Celebrating Our Amazing Youth Achievements!</w:t>
      </w:r>
    </w:p>
    <w:p w14:paraId="65141652" w14:textId="552DE692" w:rsidR="00BB357D" w:rsidRPr="00E65006" w:rsidRDefault="00615CB7" w:rsidP="0076517B">
      <w:pPr>
        <w:pStyle w:val="line"/>
        <w:shd w:val="clear" w:color="auto" w:fill="FFFFFF"/>
        <w:spacing w:before="0" w:beforeAutospacing="0" w:after="0" w:afterAutospacing="0"/>
        <w:rPr>
          <w:rStyle w:val="text"/>
          <w:rFonts w:ascii="Amasis MT Pro Light" w:hAnsi="Amasis MT Pro Light" w:cs="Calibri"/>
          <w:b/>
          <w:bCs/>
          <w:i/>
          <w:color w:val="000000" w:themeColor="text1"/>
          <w:sz w:val="28"/>
          <w:szCs w:val="28"/>
        </w:rPr>
      </w:pPr>
      <w:r w:rsidRPr="00E65006">
        <w:rPr>
          <w:rFonts w:ascii="Amasis MT Pro Light" w:hAnsi="Amasis MT Pro Light" w:cs="Calibri"/>
          <w:b/>
          <w:bCs/>
          <w:i/>
          <w:color w:val="000000" w:themeColor="text1"/>
          <w:sz w:val="28"/>
          <w:szCs w:val="28"/>
        </w:rPr>
        <w:t xml:space="preserve">Scripture of the Month: </w:t>
      </w:r>
      <w:r w:rsidR="006D68DB" w:rsidRPr="00E65006">
        <w:rPr>
          <w:rFonts w:ascii="Amasis MT Pro Light" w:hAnsi="Amasis MT Pro Light" w:cs="Calibri"/>
          <w:b/>
          <w:bCs/>
          <w:i/>
          <w:color w:val="000000" w:themeColor="text1"/>
          <w:sz w:val="28"/>
          <w:szCs w:val="28"/>
        </w:rPr>
        <w:t xml:space="preserve">John 14:2-3 (Verse 2) </w:t>
      </w:r>
      <w:r w:rsidR="006D68DB" w:rsidRPr="00E65006">
        <w:rPr>
          <w:rStyle w:val="woj"/>
          <w:rFonts w:ascii="Amasis MT Pro Light" w:hAnsi="Amasis MT Pro Light" w:cs="Segoe UI"/>
          <w:b/>
          <w:bCs/>
          <w:i/>
          <w:color w:val="000000"/>
          <w:sz w:val="28"/>
          <w:szCs w:val="28"/>
          <w:shd w:val="clear" w:color="auto" w:fill="FFFFFF"/>
        </w:rPr>
        <w:t>There is more than enough room in my Father’s home.</w:t>
      </w:r>
      <w:r w:rsidR="00E65006" w:rsidRPr="00E65006">
        <w:rPr>
          <w:rStyle w:val="woj"/>
          <w:rFonts w:ascii="Amasis MT Pro Light" w:hAnsi="Amasis MT Pro Light" w:cs="Segoe UI"/>
          <w:b/>
          <w:bCs/>
          <w:i/>
          <w:color w:val="000000"/>
          <w:sz w:val="28"/>
          <w:szCs w:val="28"/>
          <w:shd w:val="clear" w:color="auto" w:fill="FFFFFF"/>
          <w:vertAlign w:val="superscript"/>
        </w:rPr>
        <w:t xml:space="preserve"> </w:t>
      </w:r>
      <w:r w:rsidR="006D68DB" w:rsidRPr="00E65006">
        <w:rPr>
          <w:rStyle w:val="woj"/>
          <w:rFonts w:ascii="Amasis MT Pro Light" w:hAnsi="Amasis MT Pro Light" w:cs="Segoe UI"/>
          <w:b/>
          <w:bCs/>
          <w:i/>
          <w:color w:val="000000"/>
          <w:sz w:val="28"/>
          <w:szCs w:val="28"/>
          <w:shd w:val="clear" w:color="auto" w:fill="FFFFFF"/>
        </w:rPr>
        <w:t>If this were not so, would I have told you that I am going to prepare a place for you?</w:t>
      </w:r>
      <w:r w:rsidR="00E65006" w:rsidRPr="00E65006">
        <w:rPr>
          <w:rStyle w:val="woj"/>
          <w:rFonts w:ascii="Amasis MT Pro Light" w:hAnsi="Amasis MT Pro Light" w:cs="Segoe UI"/>
          <w:b/>
          <w:bCs/>
          <w:i/>
          <w:color w:val="000000"/>
          <w:sz w:val="28"/>
          <w:szCs w:val="28"/>
          <w:shd w:val="clear" w:color="auto" w:fill="FFFFFF"/>
        </w:rPr>
        <w:t xml:space="preserve"> </w:t>
      </w:r>
      <w:r w:rsidR="00E65006" w:rsidRPr="00E65006">
        <w:rPr>
          <w:rStyle w:val="woj"/>
          <w:rFonts w:ascii="Amasis MT Pro Light" w:hAnsi="Amasis MT Pro Light" w:cs="Segoe UI"/>
          <w:b/>
          <w:bCs/>
          <w:i/>
          <w:color w:val="000000"/>
          <w:sz w:val="28"/>
          <w:szCs w:val="28"/>
          <w:shd w:val="clear" w:color="auto" w:fill="FFFFFF"/>
          <w:vertAlign w:val="superscript"/>
        </w:rPr>
        <w:t xml:space="preserve"> </w:t>
      </w:r>
      <w:r w:rsidR="00E65006" w:rsidRPr="00E65006">
        <w:rPr>
          <w:rStyle w:val="woj"/>
          <w:rFonts w:ascii="Amasis MT Pro Light" w:hAnsi="Amasis MT Pro Light" w:cs="Segoe UI"/>
          <w:b/>
          <w:bCs/>
          <w:i/>
          <w:color w:val="000000"/>
          <w:sz w:val="28"/>
          <w:szCs w:val="28"/>
          <w:shd w:val="clear" w:color="auto" w:fill="FFFFFF"/>
        </w:rPr>
        <w:t xml:space="preserve">(Verse 3) </w:t>
      </w:r>
      <w:r w:rsidR="006D68DB" w:rsidRPr="00E65006">
        <w:rPr>
          <w:rStyle w:val="woj"/>
          <w:rFonts w:ascii="Amasis MT Pro Light" w:hAnsi="Amasis MT Pro Light" w:cs="Segoe UI"/>
          <w:b/>
          <w:bCs/>
          <w:i/>
          <w:color w:val="000000"/>
          <w:sz w:val="28"/>
          <w:szCs w:val="28"/>
          <w:shd w:val="clear" w:color="auto" w:fill="FFFFFF"/>
        </w:rPr>
        <w:t>When everything is ready, I will come and get you, so that you will always be with me where I am.</w:t>
      </w:r>
      <w:r w:rsidR="006D68DB" w:rsidRPr="00E65006">
        <w:rPr>
          <w:rFonts w:ascii="Amasis MT Pro Light" w:hAnsi="Amasis MT Pro Light" w:cs="Segoe UI"/>
          <w:b/>
          <w:bCs/>
          <w:i/>
          <w:color w:val="000000"/>
          <w:sz w:val="28"/>
          <w:szCs w:val="28"/>
          <w:shd w:val="clear" w:color="auto" w:fill="FFFFFF"/>
        </w:rPr>
        <w:t> </w:t>
      </w:r>
      <w:r w:rsidR="006D68DB" w:rsidRPr="00E65006">
        <w:rPr>
          <w:rStyle w:val="text"/>
          <w:rFonts w:ascii="Amasis MT Pro Light" w:hAnsi="Amasis MT Pro Light" w:cs="Calibri"/>
          <w:b/>
          <w:bCs/>
          <w:i/>
          <w:color w:val="000000" w:themeColor="text1"/>
          <w:sz w:val="28"/>
          <w:szCs w:val="28"/>
        </w:rPr>
        <w:t xml:space="preserve"> </w:t>
      </w:r>
      <w:r w:rsidR="00811956" w:rsidRPr="00E65006">
        <w:rPr>
          <w:rStyle w:val="text"/>
          <w:rFonts w:ascii="Amasis MT Pro Light" w:hAnsi="Amasis MT Pro Light" w:cs="Calibri"/>
          <w:b/>
          <w:bCs/>
          <w:i/>
          <w:color w:val="000000" w:themeColor="text1"/>
          <w:sz w:val="28"/>
          <w:szCs w:val="28"/>
        </w:rPr>
        <w:t>(selected by Roderick Daniels)</w:t>
      </w:r>
    </w:p>
    <w:p w14:paraId="7AC9CB7D" w14:textId="77777777" w:rsidR="0083114C" w:rsidRPr="0076517B" w:rsidRDefault="0083114C" w:rsidP="0076517B">
      <w:pPr>
        <w:pStyle w:val="line"/>
        <w:shd w:val="clear" w:color="auto" w:fill="FFFFFF"/>
        <w:spacing w:before="0" w:beforeAutospacing="0" w:after="0" w:afterAutospacing="0"/>
        <w:rPr>
          <w:rFonts w:ascii="Segoe UI" w:hAnsi="Segoe UI" w:cs="Segoe UI"/>
          <w:b/>
          <w:bCs/>
          <w:color w:val="000000" w:themeColor="text1"/>
        </w:rPr>
      </w:pPr>
    </w:p>
    <w:tbl>
      <w:tblPr>
        <w:tblStyle w:val="TableGrid"/>
        <w:tblW w:w="0" w:type="auto"/>
        <w:tblLook w:val="04A0" w:firstRow="1" w:lastRow="0" w:firstColumn="1" w:lastColumn="0" w:noHBand="0" w:noVBand="1"/>
      </w:tblPr>
      <w:tblGrid>
        <w:gridCol w:w="10214"/>
      </w:tblGrid>
      <w:tr w:rsidR="00BB357D" w14:paraId="4EABF369" w14:textId="77777777">
        <w:tc>
          <w:tcPr>
            <w:tcW w:w="10224" w:type="dxa"/>
            <w:shd w:val="clear" w:color="auto" w:fill="8E44AD"/>
          </w:tcPr>
          <w:p w14:paraId="4EA9443F" w14:textId="773D26FB" w:rsidR="00BB357D" w:rsidRPr="00BC184E" w:rsidRDefault="003A5C13">
            <w:pPr>
              <w:rPr>
                <w:b/>
                <w:color w:val="FFFFFF"/>
                <w:sz w:val="36"/>
              </w:rPr>
            </w:pPr>
            <w:r>
              <w:rPr>
                <w:b/>
                <w:noProof/>
                <w:color w:val="FFFFFF"/>
                <w:sz w:val="36"/>
              </w:rPr>
              <w:drawing>
                <wp:anchor distT="0" distB="0" distL="114300" distR="114300" simplePos="0" relativeHeight="251654656" behindDoc="0" locked="0" layoutInCell="1" allowOverlap="1" wp14:anchorId="0D5D3FA7" wp14:editId="08510465">
                  <wp:simplePos x="0" y="0"/>
                  <wp:positionH relativeFrom="column">
                    <wp:posOffset>-2540</wp:posOffset>
                  </wp:positionH>
                  <wp:positionV relativeFrom="paragraph">
                    <wp:posOffset>4445</wp:posOffset>
                  </wp:positionV>
                  <wp:extent cx="1057275" cy="1389380"/>
                  <wp:effectExtent l="0" t="0" r="9525" b="1270"/>
                  <wp:wrapThrough wrapText="bothSides">
                    <wp:wrapPolygon edited="0">
                      <wp:start x="0" y="0"/>
                      <wp:lineTo x="0" y="21324"/>
                      <wp:lineTo x="21405" y="21324"/>
                      <wp:lineTo x="21405" y="0"/>
                      <wp:lineTo x="0" y="0"/>
                    </wp:wrapPolygon>
                  </wp:wrapThrough>
                  <wp:docPr id="528115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115281" name="Picture 528115281"/>
                          <pic:cNvPicPr/>
                        </pic:nvPicPr>
                        <pic:blipFill>
                          <a:blip r:embed="rId6"/>
                          <a:stretch>
                            <a:fillRect/>
                          </a:stretch>
                        </pic:blipFill>
                        <pic:spPr>
                          <a:xfrm>
                            <a:off x="0" y="0"/>
                            <a:ext cx="1057275" cy="1389380"/>
                          </a:xfrm>
                          <a:prstGeom prst="rect">
                            <a:avLst/>
                          </a:prstGeom>
                        </pic:spPr>
                      </pic:pic>
                    </a:graphicData>
                  </a:graphic>
                  <wp14:sizeRelH relativeFrom="margin">
                    <wp14:pctWidth>0</wp14:pctWidth>
                  </wp14:sizeRelH>
                  <wp14:sizeRelV relativeFrom="margin">
                    <wp14:pctHeight>0</wp14:pctHeight>
                  </wp14:sizeRelV>
                </wp:anchor>
              </w:drawing>
            </w:r>
            <w:r>
              <w:rPr>
                <w:b/>
                <w:color w:val="FFFFFF"/>
                <w:sz w:val="36"/>
              </w:rPr>
              <w:t>✨ Young Entrepreneur Spotlight – Leia</w:t>
            </w:r>
            <w:r w:rsidR="00773183">
              <w:rPr>
                <w:b/>
                <w:color w:val="FFFFFF"/>
                <w:sz w:val="36"/>
              </w:rPr>
              <w:t xml:space="preserve"> Turner</w:t>
            </w:r>
            <w:r>
              <w:rPr>
                <w:b/>
                <w:color w:val="FFFFFF"/>
                <w:sz w:val="36"/>
              </w:rPr>
              <w:br/>
            </w:r>
            <w:r>
              <w:rPr>
                <w:color w:val="FFFFFF"/>
                <w:sz w:val="24"/>
              </w:rPr>
              <w:t>Leia recently started her own business called “Lei Lei Pretty Bracelets.” Through her creativity, hard work, and determination, she is already showing what it means to be a young entrepreneur. Her bracelets are beautiful and made with care, and we are excited to see her continue to grow her business.</w:t>
            </w:r>
            <w:r>
              <w:rPr>
                <w:color w:val="FFFFFF"/>
                <w:sz w:val="24"/>
              </w:rPr>
              <w:br/>
            </w:r>
            <w:r>
              <w:rPr>
                <w:color w:val="FFFFFF"/>
                <w:sz w:val="24"/>
              </w:rPr>
              <w:br/>
              <w:t>On top of that, Leia was also recognized as Student of the Month at school! This achievement reflects her dedication, positive attitude, and commitment to doing her best both in and out of the classroom.</w:t>
            </w:r>
          </w:p>
        </w:tc>
      </w:tr>
    </w:tbl>
    <w:p w14:paraId="35A5EAC5" w14:textId="77777777" w:rsidR="00BB357D" w:rsidRDefault="00BB357D"/>
    <w:tbl>
      <w:tblPr>
        <w:tblStyle w:val="TableGrid"/>
        <w:tblW w:w="0" w:type="auto"/>
        <w:tblLook w:val="04A0" w:firstRow="1" w:lastRow="0" w:firstColumn="1" w:lastColumn="0" w:noHBand="0" w:noVBand="1"/>
      </w:tblPr>
      <w:tblGrid>
        <w:gridCol w:w="10214"/>
      </w:tblGrid>
      <w:tr w:rsidR="00BB357D" w14:paraId="77D5369D" w14:textId="77777777">
        <w:tc>
          <w:tcPr>
            <w:tcW w:w="10224" w:type="dxa"/>
            <w:shd w:val="clear" w:color="auto" w:fill="FF69B4"/>
          </w:tcPr>
          <w:p w14:paraId="392C696C" w14:textId="0E47431E" w:rsidR="00BB357D" w:rsidRDefault="002A391E">
            <w:r>
              <w:rPr>
                <w:b/>
                <w:noProof/>
                <w:color w:val="FFFFFF"/>
                <w:sz w:val="36"/>
              </w:rPr>
              <w:drawing>
                <wp:anchor distT="0" distB="0" distL="114300" distR="114300" simplePos="0" relativeHeight="251657728" behindDoc="0" locked="0" layoutInCell="1" allowOverlap="1" wp14:anchorId="5EE688C6" wp14:editId="60E7F2B0">
                  <wp:simplePos x="0" y="0"/>
                  <wp:positionH relativeFrom="column">
                    <wp:posOffset>-1905</wp:posOffset>
                  </wp:positionH>
                  <wp:positionV relativeFrom="paragraph">
                    <wp:posOffset>1270</wp:posOffset>
                  </wp:positionV>
                  <wp:extent cx="1123950" cy="1362075"/>
                  <wp:effectExtent l="0" t="0" r="0" b="9525"/>
                  <wp:wrapSquare wrapText="bothSides"/>
                  <wp:docPr id="14244059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405982" name="Picture 1424405982"/>
                          <pic:cNvPicPr/>
                        </pic:nvPicPr>
                        <pic:blipFill>
                          <a:blip r:embed="rId7"/>
                          <a:stretch>
                            <a:fillRect/>
                          </a:stretch>
                        </pic:blipFill>
                        <pic:spPr>
                          <a:xfrm>
                            <a:off x="0" y="0"/>
                            <a:ext cx="1123950" cy="1362075"/>
                          </a:xfrm>
                          <a:prstGeom prst="rect">
                            <a:avLst/>
                          </a:prstGeom>
                        </pic:spPr>
                      </pic:pic>
                    </a:graphicData>
                  </a:graphic>
                  <wp14:sizeRelH relativeFrom="margin">
                    <wp14:pctWidth>0</wp14:pctWidth>
                  </wp14:sizeRelH>
                  <wp14:sizeRelV relativeFrom="margin">
                    <wp14:pctHeight>0</wp14:pctHeight>
                  </wp14:sizeRelV>
                </wp:anchor>
              </w:drawing>
            </w:r>
            <w:r>
              <w:rPr>
                <w:b/>
                <w:color w:val="FFFFFF"/>
                <w:sz w:val="36"/>
              </w:rPr>
              <w:t xml:space="preserve">📚 Academic Achievement – Genesis </w:t>
            </w:r>
            <w:r w:rsidR="00773183">
              <w:rPr>
                <w:b/>
                <w:color w:val="FFFFFF"/>
                <w:sz w:val="36"/>
              </w:rPr>
              <w:t>Reese</w:t>
            </w:r>
            <w:r>
              <w:rPr>
                <w:b/>
                <w:color w:val="FFFFFF"/>
                <w:sz w:val="36"/>
              </w:rPr>
              <w:t>📚</w:t>
            </w:r>
            <w:r>
              <w:rPr>
                <w:b/>
                <w:color w:val="FFFFFF"/>
                <w:sz w:val="36"/>
              </w:rPr>
              <w:br/>
            </w:r>
            <w:r>
              <w:rPr>
                <w:color w:val="FFFFFF"/>
                <w:sz w:val="24"/>
              </w:rPr>
              <w:t>We would like to proudly recognize Genesis for her outstanding accomplishments at school! Genesis recently received the Level Up Award for her improvement in both Math and Reading. Her progress shows that with effort and perseverance, great things can be achieved.</w:t>
            </w:r>
            <w:r>
              <w:rPr>
                <w:color w:val="FFFFFF"/>
                <w:sz w:val="24"/>
              </w:rPr>
              <w:br/>
            </w:r>
            <w:r>
              <w:rPr>
                <w:color w:val="FFFFFF"/>
                <w:sz w:val="24"/>
              </w:rPr>
              <w:br/>
              <w:t>We are so proud of Genesis for continuing to push herself and strive for success. Please join us in congratulating her on this amazing achievement and encouraging her as she continues to grow and shine!</w:t>
            </w:r>
          </w:p>
        </w:tc>
      </w:tr>
    </w:tbl>
    <w:p w14:paraId="499D11D5" w14:textId="77777777" w:rsidR="00BB357D" w:rsidRDefault="00BB357D"/>
    <w:tbl>
      <w:tblPr>
        <w:tblStyle w:val="TableGrid"/>
        <w:tblW w:w="0" w:type="auto"/>
        <w:tblLook w:val="04A0" w:firstRow="1" w:lastRow="0" w:firstColumn="1" w:lastColumn="0" w:noHBand="0" w:noVBand="1"/>
      </w:tblPr>
      <w:tblGrid>
        <w:gridCol w:w="10214"/>
      </w:tblGrid>
      <w:tr w:rsidR="00BB357D" w14:paraId="0EFAB117" w14:textId="77777777">
        <w:tc>
          <w:tcPr>
            <w:tcW w:w="10224" w:type="dxa"/>
            <w:shd w:val="clear" w:color="auto" w:fill="1E90FF"/>
          </w:tcPr>
          <w:p w14:paraId="29C1E854" w14:textId="6FE78358" w:rsidR="00BB357D" w:rsidRDefault="002A391E">
            <w:r>
              <w:rPr>
                <w:b/>
                <w:noProof/>
                <w:color w:val="FFFFFF"/>
                <w:sz w:val="36"/>
              </w:rPr>
              <w:drawing>
                <wp:anchor distT="0" distB="0" distL="114300" distR="114300" simplePos="0" relativeHeight="251658752" behindDoc="0" locked="0" layoutInCell="1" allowOverlap="1" wp14:anchorId="1FA6C0A8" wp14:editId="5954D5F2">
                  <wp:simplePos x="0" y="0"/>
                  <wp:positionH relativeFrom="column">
                    <wp:posOffset>-1905</wp:posOffset>
                  </wp:positionH>
                  <wp:positionV relativeFrom="paragraph">
                    <wp:posOffset>-3810</wp:posOffset>
                  </wp:positionV>
                  <wp:extent cx="1066800" cy="1422400"/>
                  <wp:effectExtent l="0" t="0" r="0" b="6350"/>
                  <wp:wrapSquare wrapText="bothSides"/>
                  <wp:docPr id="9602254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225475" name="Picture 960225475"/>
                          <pic:cNvPicPr/>
                        </pic:nvPicPr>
                        <pic:blipFill>
                          <a:blip r:embed="rId8"/>
                          <a:stretch>
                            <a:fillRect/>
                          </a:stretch>
                        </pic:blipFill>
                        <pic:spPr>
                          <a:xfrm>
                            <a:off x="0" y="0"/>
                            <a:ext cx="1066800" cy="1422400"/>
                          </a:xfrm>
                          <a:prstGeom prst="rect">
                            <a:avLst/>
                          </a:prstGeom>
                        </pic:spPr>
                      </pic:pic>
                    </a:graphicData>
                  </a:graphic>
                </wp:anchor>
              </w:drawing>
            </w:r>
            <w:r>
              <w:rPr>
                <w:b/>
                <w:color w:val="FFFFFF"/>
                <w:sz w:val="36"/>
              </w:rPr>
              <w:t>🏆 Cheer Champions – Genesis &amp; Germany 🏆</w:t>
            </w:r>
            <w:r>
              <w:rPr>
                <w:b/>
                <w:color w:val="FFFFFF"/>
                <w:sz w:val="36"/>
              </w:rPr>
              <w:br/>
            </w:r>
            <w:r>
              <w:rPr>
                <w:color w:val="FFFFFF"/>
                <w:sz w:val="24"/>
              </w:rPr>
              <w:t>What happens when talent, teamwork, and determination come together? A 1st Place victory!</w:t>
            </w:r>
            <w:r>
              <w:rPr>
                <w:color w:val="FFFFFF"/>
                <w:sz w:val="24"/>
              </w:rPr>
              <w:br/>
            </w:r>
            <w:r>
              <w:rPr>
                <w:color w:val="FFFFFF"/>
                <w:sz w:val="24"/>
              </w:rPr>
              <w:br/>
              <w:t>A huge congratulations to Genesis and Germany for winning 1st Place at a cheer competition in Las Vegas. Competing on such a big stage takes confidence, and these young ladies showed exactly that.</w:t>
            </w:r>
            <w:r>
              <w:rPr>
                <w:color w:val="FFFFFF"/>
                <w:sz w:val="24"/>
              </w:rPr>
              <w:br/>
            </w:r>
            <w:r>
              <w:rPr>
                <w:color w:val="FFFFFF"/>
                <w:sz w:val="24"/>
              </w:rPr>
              <w:br/>
              <w:t>Their accomplishment is not only something to celebrate, but also an inspiration to others to keep working hard and believing in themselves. We are proud to see our youth using their gifts and talents in such positive ways.</w:t>
            </w:r>
          </w:p>
        </w:tc>
      </w:tr>
    </w:tbl>
    <w:p w14:paraId="495F0B88" w14:textId="074C17E0" w:rsidR="00615CB7" w:rsidRDefault="00615CB7"/>
    <w:tbl>
      <w:tblPr>
        <w:tblStyle w:val="TableGrid"/>
        <w:tblW w:w="0" w:type="auto"/>
        <w:tblLook w:val="04A0" w:firstRow="1" w:lastRow="0" w:firstColumn="1" w:lastColumn="0" w:noHBand="0" w:noVBand="1"/>
      </w:tblPr>
      <w:tblGrid>
        <w:gridCol w:w="10214"/>
      </w:tblGrid>
      <w:tr w:rsidR="00BB357D" w14:paraId="783089B5" w14:textId="77777777">
        <w:tc>
          <w:tcPr>
            <w:tcW w:w="10224" w:type="dxa"/>
            <w:shd w:val="clear" w:color="auto" w:fill="20B2AA"/>
          </w:tcPr>
          <w:p w14:paraId="7DF62544" w14:textId="78804DDB" w:rsidR="002A391E" w:rsidRDefault="002A391E">
            <w:pPr>
              <w:rPr>
                <w:b/>
                <w:color w:val="FFFFFF"/>
                <w:sz w:val="36"/>
              </w:rPr>
            </w:pPr>
            <w:r>
              <w:rPr>
                <w:b/>
                <w:noProof/>
                <w:color w:val="FFFFFF"/>
                <w:sz w:val="36"/>
              </w:rPr>
              <w:lastRenderedPageBreak/>
              <w:drawing>
                <wp:anchor distT="0" distB="0" distL="114300" distR="114300" simplePos="0" relativeHeight="251655680" behindDoc="0" locked="0" layoutInCell="1" allowOverlap="1" wp14:anchorId="7B5EFB43" wp14:editId="0CEFE1AE">
                  <wp:simplePos x="0" y="0"/>
                  <wp:positionH relativeFrom="column">
                    <wp:posOffset>-1905</wp:posOffset>
                  </wp:positionH>
                  <wp:positionV relativeFrom="paragraph">
                    <wp:posOffset>-7749540</wp:posOffset>
                  </wp:positionV>
                  <wp:extent cx="1028700" cy="1513205"/>
                  <wp:effectExtent l="0" t="0" r="0" b="0"/>
                  <wp:wrapSquare wrapText="bothSides"/>
                  <wp:docPr id="20435085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508551" name="Picture 2043508551"/>
                          <pic:cNvPicPr/>
                        </pic:nvPicPr>
                        <pic:blipFill>
                          <a:blip r:embed="rId9"/>
                          <a:stretch>
                            <a:fillRect/>
                          </a:stretch>
                        </pic:blipFill>
                        <pic:spPr>
                          <a:xfrm>
                            <a:off x="0" y="0"/>
                            <a:ext cx="1028700" cy="1513205"/>
                          </a:xfrm>
                          <a:prstGeom prst="rect">
                            <a:avLst/>
                          </a:prstGeom>
                        </pic:spPr>
                      </pic:pic>
                    </a:graphicData>
                  </a:graphic>
                  <wp14:sizeRelH relativeFrom="margin">
                    <wp14:pctWidth>0</wp14:pctWidth>
                  </wp14:sizeRelH>
                  <wp14:sizeRelV relativeFrom="margin">
                    <wp14:pctHeight>0</wp14:pctHeight>
                  </wp14:sizeRelV>
                </wp:anchor>
              </w:drawing>
            </w:r>
          </w:p>
          <w:p w14:paraId="3D015BEE" w14:textId="000D610D" w:rsidR="00BB357D" w:rsidRPr="00BC184E" w:rsidRDefault="00860A06">
            <w:pPr>
              <w:rPr>
                <w:b/>
                <w:color w:val="FFFFFF"/>
                <w:sz w:val="36"/>
              </w:rPr>
            </w:pPr>
            <w:r>
              <w:rPr>
                <w:b/>
                <w:color w:val="FFFFFF"/>
                <w:sz w:val="36"/>
              </w:rPr>
              <w:t>📣</w:t>
            </w:r>
            <w:r>
              <w:rPr>
                <w:b/>
                <w:color w:val="FFFFFF"/>
                <w:sz w:val="36"/>
              </w:rPr>
              <w:t xml:space="preserve"> Varsity Cheer Success – </w:t>
            </w:r>
            <w:r w:rsidR="00773183">
              <w:rPr>
                <w:b/>
                <w:color w:val="FFFFFF"/>
                <w:sz w:val="36"/>
              </w:rPr>
              <w:t>“</w:t>
            </w:r>
            <w:r>
              <w:rPr>
                <w:b/>
                <w:color w:val="FFFFFF"/>
                <w:sz w:val="36"/>
              </w:rPr>
              <w:t>Yaya</w:t>
            </w:r>
            <w:r w:rsidR="00773183">
              <w:rPr>
                <w:b/>
                <w:color w:val="FFFFFF"/>
                <w:sz w:val="36"/>
              </w:rPr>
              <w:t>” (Uniyah Williams)</w:t>
            </w:r>
            <w:r>
              <w:rPr>
                <w:b/>
                <w:color w:val="FFFFFF"/>
                <w:sz w:val="36"/>
              </w:rPr>
              <w:t xml:space="preserve"> </w:t>
            </w:r>
            <w:r>
              <w:rPr>
                <w:b/>
                <w:color w:val="FFFFFF"/>
                <w:sz w:val="36"/>
              </w:rPr>
              <w:t>📣</w:t>
            </w:r>
            <w:r>
              <w:rPr>
                <w:b/>
                <w:color w:val="FFFFFF"/>
                <w:sz w:val="36"/>
              </w:rPr>
              <w:br/>
            </w:r>
            <w:r>
              <w:rPr>
                <w:color w:val="FFFFFF"/>
                <w:sz w:val="24"/>
              </w:rPr>
              <w:t>We are excited to celebrate Yaya for an amazing accomplishment!</w:t>
            </w:r>
            <w:r>
              <w:rPr>
                <w:color w:val="FFFFFF"/>
                <w:sz w:val="24"/>
              </w:rPr>
              <w:br/>
            </w:r>
            <w:r>
              <w:rPr>
                <w:color w:val="FFFFFF"/>
                <w:sz w:val="24"/>
              </w:rPr>
              <w:br/>
            </w:r>
            <w:r>
              <w:rPr>
                <w:color w:val="FFFFFF"/>
                <w:sz w:val="24"/>
              </w:rPr>
              <w:t>Yaya recently made the Varsity Cheer Team for the upcoming school year. Earning a spot on varsity reflects her hard work, dedication, team spirit, and determination. Making varsity is a big accomplishment, and we are so proud of her for reaching this goal.</w:t>
            </w:r>
          </w:p>
        </w:tc>
      </w:tr>
    </w:tbl>
    <w:p w14:paraId="791FD332" w14:textId="77777777" w:rsidR="00BB357D" w:rsidRDefault="00BB357D"/>
    <w:tbl>
      <w:tblPr>
        <w:tblStyle w:val="TableGrid"/>
        <w:tblW w:w="0" w:type="auto"/>
        <w:tblLook w:val="04A0" w:firstRow="1" w:lastRow="0" w:firstColumn="1" w:lastColumn="0" w:noHBand="0" w:noVBand="1"/>
      </w:tblPr>
      <w:tblGrid>
        <w:gridCol w:w="10214"/>
      </w:tblGrid>
      <w:tr w:rsidR="00BB357D" w14:paraId="0088E9F8" w14:textId="77777777">
        <w:tc>
          <w:tcPr>
            <w:tcW w:w="10224" w:type="dxa"/>
            <w:shd w:val="clear" w:color="auto" w:fill="FF8C00"/>
          </w:tcPr>
          <w:p w14:paraId="54F61B7A" w14:textId="5FA41448" w:rsidR="00BB357D" w:rsidRDefault="002A391E">
            <w:r>
              <w:rPr>
                <w:b/>
                <w:noProof/>
                <w:color w:val="FFFFFF"/>
                <w:sz w:val="36"/>
              </w:rPr>
              <w:drawing>
                <wp:anchor distT="0" distB="0" distL="114300" distR="114300" simplePos="0" relativeHeight="251656704" behindDoc="0" locked="0" layoutInCell="1" allowOverlap="1" wp14:anchorId="34AAF3D6" wp14:editId="536F5442">
                  <wp:simplePos x="0" y="0"/>
                  <wp:positionH relativeFrom="column">
                    <wp:posOffset>-1905</wp:posOffset>
                  </wp:positionH>
                  <wp:positionV relativeFrom="paragraph">
                    <wp:posOffset>0</wp:posOffset>
                  </wp:positionV>
                  <wp:extent cx="1099820" cy="1466850"/>
                  <wp:effectExtent l="0" t="0" r="5080" b="0"/>
                  <wp:wrapSquare wrapText="bothSides"/>
                  <wp:docPr id="18569160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916038" name="Picture 1856916038"/>
                          <pic:cNvPicPr/>
                        </pic:nvPicPr>
                        <pic:blipFill>
                          <a:blip r:embed="rId10"/>
                          <a:stretch>
                            <a:fillRect/>
                          </a:stretch>
                        </pic:blipFill>
                        <pic:spPr>
                          <a:xfrm>
                            <a:off x="0" y="0"/>
                            <a:ext cx="1099820" cy="1466850"/>
                          </a:xfrm>
                          <a:prstGeom prst="rect">
                            <a:avLst/>
                          </a:prstGeom>
                        </pic:spPr>
                      </pic:pic>
                    </a:graphicData>
                  </a:graphic>
                  <wp14:sizeRelH relativeFrom="margin">
                    <wp14:pctWidth>0</wp14:pctWidth>
                  </wp14:sizeRelH>
                  <wp14:sizeRelV relativeFrom="margin">
                    <wp14:pctHeight>0</wp14:pctHeight>
                  </wp14:sizeRelV>
                </wp:anchor>
              </w:drawing>
            </w:r>
            <w:r>
              <w:rPr>
                <w:b/>
                <w:color w:val="FFFFFF"/>
                <w:sz w:val="36"/>
              </w:rPr>
              <w:t>🎓 Academic Excellence – Jai Sharper 🎓</w:t>
            </w:r>
            <w:r>
              <w:rPr>
                <w:b/>
                <w:color w:val="FFFFFF"/>
                <w:sz w:val="36"/>
              </w:rPr>
              <w:br/>
            </w:r>
            <w:r>
              <w:rPr>
                <w:color w:val="FFFFFF"/>
                <w:sz w:val="24"/>
              </w:rPr>
              <w:t>We are excited to share some wonderful news about Jai Sharper!</w:t>
            </w:r>
            <w:r>
              <w:rPr>
                <w:color w:val="FFFFFF"/>
                <w:sz w:val="24"/>
              </w:rPr>
              <w:br/>
            </w:r>
            <w:r>
              <w:rPr>
                <w:color w:val="FFFFFF"/>
                <w:sz w:val="24"/>
              </w:rPr>
              <w:br/>
              <w:t>Jai has officially been accepted into Booker T. Washington High School, a great milestone that reflects his effort, focus, and commitment to his education. Being accepted into a school of this caliber is a big step forward and shows that his hard work is opening new doors for his future.</w:t>
            </w:r>
            <w:r>
              <w:rPr>
                <w:color w:val="FFFFFF"/>
                <w:sz w:val="24"/>
              </w:rPr>
              <w:br/>
            </w:r>
            <w:r>
              <w:rPr>
                <w:color w:val="FFFFFF"/>
                <w:sz w:val="24"/>
              </w:rPr>
              <w:br/>
              <w:t>This achievement marks the beginning of an exciting new chapter, filled with opportunities to learn, grow, and continue striving for success. We are proud of Jai and look forward to seeing all that he will accomplish in this next season of his academic journey.</w:t>
            </w:r>
          </w:p>
        </w:tc>
      </w:tr>
    </w:tbl>
    <w:p w14:paraId="1F848FFC" w14:textId="77777777" w:rsidR="00BB357D" w:rsidRDefault="00BB357D"/>
    <w:tbl>
      <w:tblPr>
        <w:tblStyle w:val="TableGrid"/>
        <w:tblW w:w="0" w:type="auto"/>
        <w:tblLook w:val="04A0" w:firstRow="1" w:lastRow="0" w:firstColumn="1" w:lastColumn="0" w:noHBand="0" w:noVBand="1"/>
      </w:tblPr>
      <w:tblGrid>
        <w:gridCol w:w="10214"/>
      </w:tblGrid>
      <w:tr w:rsidR="00BB357D" w14:paraId="496EF170" w14:textId="77777777">
        <w:tc>
          <w:tcPr>
            <w:tcW w:w="10224" w:type="dxa"/>
            <w:shd w:val="clear" w:color="auto" w:fill="DC143C"/>
          </w:tcPr>
          <w:p w14:paraId="3B947590" w14:textId="122E9ABE" w:rsidR="00BB357D" w:rsidRDefault="00BC184E">
            <w:r>
              <w:rPr>
                <w:b/>
                <w:noProof/>
                <w:color w:val="FFFFFF"/>
                <w:sz w:val="36"/>
              </w:rPr>
              <w:drawing>
                <wp:anchor distT="0" distB="0" distL="114300" distR="114300" simplePos="0" relativeHeight="251659776" behindDoc="0" locked="0" layoutInCell="1" allowOverlap="1" wp14:anchorId="1EDD9652" wp14:editId="1C4236D8">
                  <wp:simplePos x="0" y="0"/>
                  <wp:positionH relativeFrom="column">
                    <wp:posOffset>-1905</wp:posOffset>
                  </wp:positionH>
                  <wp:positionV relativeFrom="paragraph">
                    <wp:posOffset>635</wp:posOffset>
                  </wp:positionV>
                  <wp:extent cx="828675" cy="1212079"/>
                  <wp:effectExtent l="0" t="0" r="0" b="7620"/>
                  <wp:wrapSquare wrapText="bothSides"/>
                  <wp:docPr id="3733897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389748" name="Picture 373389748"/>
                          <pic:cNvPicPr/>
                        </pic:nvPicPr>
                        <pic:blipFill>
                          <a:blip r:embed="rId11"/>
                          <a:stretch>
                            <a:fillRect/>
                          </a:stretch>
                        </pic:blipFill>
                        <pic:spPr>
                          <a:xfrm>
                            <a:off x="0" y="0"/>
                            <a:ext cx="828675" cy="1212079"/>
                          </a:xfrm>
                          <a:prstGeom prst="rect">
                            <a:avLst/>
                          </a:prstGeom>
                        </pic:spPr>
                      </pic:pic>
                    </a:graphicData>
                  </a:graphic>
                </wp:anchor>
              </w:drawing>
            </w:r>
            <w:r>
              <w:rPr>
                <w:b/>
                <w:color w:val="FFFFFF"/>
                <w:sz w:val="36"/>
              </w:rPr>
              <w:t>🌟 National Honor Society – Savannah Sims🌟</w:t>
            </w:r>
            <w:r>
              <w:rPr>
                <w:b/>
                <w:color w:val="FFFFFF"/>
                <w:sz w:val="36"/>
              </w:rPr>
              <w:br/>
            </w:r>
            <w:r>
              <w:rPr>
                <w:color w:val="FFFFFF"/>
                <w:sz w:val="24"/>
              </w:rPr>
              <w:t>We are honored to recognize Savannah for a truly outstanding achievement!</w:t>
            </w:r>
            <w:r>
              <w:rPr>
                <w:color w:val="FFFFFF"/>
                <w:sz w:val="24"/>
              </w:rPr>
              <w:br/>
            </w:r>
            <w:r>
              <w:rPr>
                <w:color w:val="FFFFFF"/>
                <w:sz w:val="24"/>
              </w:rPr>
              <w:br/>
              <w:t>Savannah has been officially inducted into the National Honor Society at Bishop Dunne Catholic School. This is a prestigious accomplishment that highlights her strong character, academic excellence, leadership, and commitment to serving others.</w:t>
            </w:r>
            <w:r>
              <w:rPr>
                <w:color w:val="FFFFFF"/>
                <w:sz w:val="24"/>
              </w:rPr>
              <w:br/>
            </w:r>
            <w:r>
              <w:rPr>
                <w:color w:val="FFFFFF"/>
                <w:sz w:val="24"/>
              </w:rPr>
              <w:br/>
              <w:t>Her induction reflects countless hours of hard work, strong study habits, and a consistent commitment to doing her best in every area of school life. It also shows her willingness to lead by example and positively influence those around her.</w:t>
            </w:r>
          </w:p>
        </w:tc>
      </w:tr>
    </w:tbl>
    <w:p w14:paraId="403128DC" w14:textId="77777777" w:rsidR="00BB357D" w:rsidRDefault="00BB357D"/>
    <w:tbl>
      <w:tblPr>
        <w:tblStyle w:val="TableGrid"/>
        <w:tblW w:w="0" w:type="auto"/>
        <w:tblLook w:val="04A0" w:firstRow="1" w:lastRow="0" w:firstColumn="1" w:lastColumn="0" w:noHBand="0" w:noVBand="1"/>
      </w:tblPr>
      <w:tblGrid>
        <w:gridCol w:w="10214"/>
      </w:tblGrid>
      <w:tr w:rsidR="00BB357D" w14:paraId="4EC7B89A" w14:textId="77777777">
        <w:tc>
          <w:tcPr>
            <w:tcW w:w="10224" w:type="dxa"/>
            <w:shd w:val="clear" w:color="auto" w:fill="32CD32"/>
          </w:tcPr>
          <w:p w14:paraId="38F94B3A" w14:textId="379FCDA0" w:rsidR="00BB357D" w:rsidRDefault="00860A06">
            <w:r>
              <w:rPr>
                <w:b/>
                <w:color w:val="FFFFFF"/>
                <w:sz w:val="36"/>
              </w:rPr>
              <w:t xml:space="preserve"> </w:t>
            </w:r>
            <w:r w:rsidR="00BC184E">
              <w:rPr>
                <w:b/>
                <w:noProof/>
                <w:color w:val="FFFFFF"/>
                <w:sz w:val="36"/>
              </w:rPr>
              <w:drawing>
                <wp:anchor distT="0" distB="0" distL="114300" distR="114300" simplePos="0" relativeHeight="251660800" behindDoc="0" locked="0" layoutInCell="1" allowOverlap="1" wp14:anchorId="2011E815" wp14:editId="262BA5BB">
                  <wp:simplePos x="0" y="0"/>
                  <wp:positionH relativeFrom="column">
                    <wp:posOffset>45720</wp:posOffset>
                  </wp:positionH>
                  <wp:positionV relativeFrom="paragraph">
                    <wp:posOffset>4445</wp:posOffset>
                  </wp:positionV>
                  <wp:extent cx="800100" cy="1068705"/>
                  <wp:effectExtent l="0" t="0" r="0" b="0"/>
                  <wp:wrapSquare wrapText="bothSides"/>
                  <wp:docPr id="18684956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95650" name="Picture 1868495650"/>
                          <pic:cNvPicPr/>
                        </pic:nvPicPr>
                        <pic:blipFill>
                          <a:blip r:embed="rId12"/>
                          <a:stretch>
                            <a:fillRect/>
                          </a:stretch>
                        </pic:blipFill>
                        <pic:spPr>
                          <a:xfrm>
                            <a:off x="0" y="0"/>
                            <a:ext cx="800100" cy="1068705"/>
                          </a:xfrm>
                          <a:prstGeom prst="rect">
                            <a:avLst/>
                          </a:prstGeom>
                        </pic:spPr>
                      </pic:pic>
                    </a:graphicData>
                  </a:graphic>
                </wp:anchor>
              </w:drawing>
            </w:r>
            <w:r>
              <w:rPr>
                <w:b/>
                <w:color w:val="FFFFFF"/>
                <w:sz w:val="36"/>
              </w:rPr>
              <w:t xml:space="preserve">First Job Celebration – Saniah </w:t>
            </w:r>
            <w:r w:rsidR="00BC184E">
              <w:rPr>
                <w:b/>
                <w:color w:val="FFFFFF"/>
                <w:sz w:val="36"/>
              </w:rPr>
              <w:t>Green</w:t>
            </w:r>
            <w:r>
              <w:rPr>
                <w:b/>
                <w:color w:val="FFFFFF"/>
                <w:sz w:val="36"/>
              </w:rPr>
              <w:br/>
            </w:r>
            <w:r>
              <w:rPr>
                <w:color w:val="FFFFFF"/>
                <w:sz w:val="24"/>
              </w:rPr>
              <w:t>Big congratulations to Saniah on starting her very first job at Raising Cane’s!</w:t>
            </w:r>
            <w:r>
              <w:rPr>
                <w:color w:val="FFFFFF"/>
                <w:sz w:val="24"/>
              </w:rPr>
              <w:br/>
            </w:r>
            <w:r>
              <w:rPr>
                <w:color w:val="FFFFFF"/>
                <w:sz w:val="24"/>
              </w:rPr>
              <w:br/>
              <w:t>Saniah has officially entered the working world, and let’s just say… she’s about to learn that “extra sauce on the side” is not the only thing that comes with responsibility!</w:t>
            </w:r>
            <w:r>
              <w:rPr>
                <w:color w:val="FFFFFF"/>
                <w:sz w:val="24"/>
              </w:rPr>
              <w:br/>
              <w:t>From learning new skills, working with a team, and staying on her feet, this is a big step forward and a great new experience for her.</w:t>
            </w:r>
            <w:r>
              <w:rPr>
                <w:color w:val="FFFFFF"/>
                <w:sz w:val="24"/>
              </w:rPr>
              <w:br/>
            </w:r>
            <w:r>
              <w:rPr>
                <w:color w:val="FFFFFF"/>
                <w:sz w:val="24"/>
              </w:rPr>
              <w:br/>
              <w:t>We are all so proud of you, Saniah!</w:t>
            </w:r>
          </w:p>
        </w:tc>
      </w:tr>
    </w:tbl>
    <w:p w14:paraId="5F01BF30" w14:textId="77777777" w:rsidR="00BB357D" w:rsidRDefault="00BB357D"/>
    <w:p w14:paraId="44326DDD" w14:textId="77777777" w:rsidR="00615CB7" w:rsidRPr="00615CB7" w:rsidRDefault="00615CB7" w:rsidP="00615CB7">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615CB7">
        <w:rPr>
          <w:rFonts w:ascii="Segoe UI Emoji" w:eastAsia="Times New Roman" w:hAnsi="Segoe UI Emoji" w:cs="Segoe UI Emoji"/>
          <w:b/>
          <w:bCs/>
          <w:sz w:val="36"/>
          <w:szCs w:val="36"/>
        </w:rPr>
        <w:t>📅</w:t>
      </w:r>
      <w:r w:rsidRPr="00615CB7">
        <w:rPr>
          <w:rFonts w:ascii="Times New Roman" w:eastAsia="Times New Roman" w:hAnsi="Times New Roman" w:cs="Times New Roman"/>
          <w:b/>
          <w:bCs/>
          <w:sz w:val="36"/>
          <w:szCs w:val="36"/>
        </w:rPr>
        <w:t xml:space="preserve"> </w:t>
      </w:r>
      <w:r w:rsidRPr="00615CB7">
        <w:rPr>
          <w:rFonts w:ascii="Times New Roman" w:eastAsia="Times New Roman" w:hAnsi="Times New Roman" w:cs="Times New Roman"/>
          <w:b/>
          <w:bCs/>
          <w:color w:val="5F497A" w:themeColor="accent4" w:themeShade="BF"/>
          <w:sz w:val="36"/>
          <w:szCs w:val="36"/>
        </w:rPr>
        <w:t>Upcoming Events</w:t>
      </w:r>
    </w:p>
    <w:p w14:paraId="5DAD9219" w14:textId="77777777" w:rsidR="00615CB7" w:rsidRPr="00615CB7" w:rsidRDefault="00615CB7" w:rsidP="00615CB7">
      <w:pPr>
        <w:spacing w:before="100" w:beforeAutospacing="1" w:after="100" w:afterAutospacing="1" w:line="240" w:lineRule="auto"/>
        <w:jc w:val="center"/>
        <w:rPr>
          <w:rFonts w:ascii="Times New Roman" w:eastAsia="Times New Roman" w:hAnsi="Times New Roman" w:cs="Times New Roman"/>
          <w:b/>
          <w:bCs/>
          <w:color w:val="00B050"/>
          <w:sz w:val="28"/>
          <w:szCs w:val="28"/>
        </w:rPr>
      </w:pPr>
      <w:r w:rsidRPr="00615CB7">
        <w:rPr>
          <w:rFonts w:ascii="Segoe UI Emoji" w:eastAsia="Times New Roman" w:hAnsi="Segoe UI Emoji" w:cs="Segoe UI Emoji"/>
          <w:b/>
          <w:bCs/>
          <w:color w:val="00B050"/>
          <w:sz w:val="28"/>
          <w:szCs w:val="28"/>
        </w:rPr>
        <w:t>✨</w:t>
      </w:r>
      <w:r w:rsidRPr="00615CB7">
        <w:rPr>
          <w:rFonts w:ascii="Times New Roman" w:eastAsia="Times New Roman" w:hAnsi="Times New Roman" w:cs="Times New Roman"/>
          <w:b/>
          <w:bCs/>
          <w:color w:val="00B050"/>
          <w:sz w:val="28"/>
          <w:szCs w:val="28"/>
        </w:rPr>
        <w:t xml:space="preserve"> Vacation Bible School</w:t>
      </w:r>
      <w:r w:rsidRPr="00615CB7">
        <w:rPr>
          <w:rFonts w:ascii="Times New Roman" w:eastAsia="Times New Roman" w:hAnsi="Times New Roman" w:cs="Times New Roman"/>
          <w:b/>
          <w:bCs/>
          <w:color w:val="00B050"/>
          <w:sz w:val="28"/>
          <w:szCs w:val="28"/>
        </w:rPr>
        <w:br/>
        <w:t>July 14–17, 2026</w:t>
      </w:r>
      <w:r w:rsidRPr="00615CB7">
        <w:rPr>
          <w:rFonts w:ascii="Times New Roman" w:eastAsia="Times New Roman" w:hAnsi="Times New Roman" w:cs="Times New Roman"/>
          <w:b/>
          <w:bCs/>
          <w:color w:val="00B050"/>
          <w:sz w:val="28"/>
          <w:szCs w:val="28"/>
        </w:rPr>
        <w:br/>
        <w:t>5:30 PM Nightly</w:t>
      </w:r>
    </w:p>
    <w:p w14:paraId="66CAA89D" w14:textId="4104C20D" w:rsidR="00615CB7" w:rsidRPr="00615CB7" w:rsidRDefault="00615CB7" w:rsidP="00615CB7">
      <w:pPr>
        <w:spacing w:before="100" w:beforeAutospacing="1" w:after="100" w:afterAutospacing="1" w:line="240" w:lineRule="auto"/>
        <w:jc w:val="center"/>
        <w:rPr>
          <w:rFonts w:ascii="Times New Roman" w:eastAsia="Times New Roman" w:hAnsi="Times New Roman" w:cs="Times New Roman"/>
          <w:b/>
          <w:bCs/>
          <w:color w:val="E36C0A" w:themeColor="accent6" w:themeShade="BF"/>
          <w:sz w:val="28"/>
          <w:szCs w:val="28"/>
        </w:rPr>
      </w:pPr>
      <w:r w:rsidRPr="00615CB7">
        <w:rPr>
          <w:rFonts w:ascii="Segoe UI Emoji" w:eastAsia="Times New Roman" w:hAnsi="Segoe UI Emoji" w:cs="Segoe UI Emoji"/>
          <w:b/>
          <w:bCs/>
          <w:color w:val="E36C0A" w:themeColor="accent6" w:themeShade="BF"/>
          <w:sz w:val="28"/>
          <w:szCs w:val="28"/>
        </w:rPr>
        <w:t>💡</w:t>
      </w:r>
      <w:r w:rsidRPr="00615CB7">
        <w:rPr>
          <w:rFonts w:ascii="Times New Roman" w:eastAsia="Times New Roman" w:hAnsi="Times New Roman" w:cs="Times New Roman"/>
          <w:b/>
          <w:bCs/>
          <w:color w:val="E36C0A" w:themeColor="accent6" w:themeShade="BF"/>
          <w:sz w:val="28"/>
          <w:szCs w:val="28"/>
        </w:rPr>
        <w:t xml:space="preserve"> Illumination Station</w:t>
      </w:r>
      <w:r w:rsidRPr="00615CB7">
        <w:rPr>
          <w:rFonts w:ascii="Times New Roman" w:eastAsia="Times New Roman" w:hAnsi="Times New Roman" w:cs="Times New Roman"/>
          <w:b/>
          <w:bCs/>
          <w:color w:val="E36C0A" w:themeColor="accent6" w:themeShade="BF"/>
          <w:sz w:val="28"/>
          <w:szCs w:val="28"/>
        </w:rPr>
        <w:br/>
        <w:t>“Shining the Light on Who Jesus Really Is”</w:t>
      </w:r>
    </w:p>
    <w:p w14:paraId="6BF7242B" w14:textId="663AF418" w:rsidR="00615CB7" w:rsidRPr="00615CB7" w:rsidRDefault="00615CB7" w:rsidP="00615CB7">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EB32145" wp14:editId="17569752">
            <wp:extent cx="1894840" cy="2143125"/>
            <wp:effectExtent l="0" t="0" r="0" b="9525"/>
            <wp:docPr id="3495924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92443" name="Picture 349592443"/>
                    <pic:cNvPicPr/>
                  </pic:nvPicPr>
                  <pic:blipFill>
                    <a:blip r:embed="rId13"/>
                    <a:stretch>
                      <a:fillRect/>
                    </a:stretch>
                  </pic:blipFill>
                  <pic:spPr>
                    <a:xfrm>
                      <a:off x="0" y="0"/>
                      <a:ext cx="1900606" cy="2149647"/>
                    </a:xfrm>
                    <a:prstGeom prst="rect">
                      <a:avLst/>
                    </a:prstGeom>
                  </pic:spPr>
                </pic:pic>
              </a:graphicData>
            </a:graphic>
          </wp:inline>
        </w:drawing>
      </w:r>
    </w:p>
    <w:p w14:paraId="2CC4D2BE" w14:textId="77777777" w:rsidR="00615CB7" w:rsidRDefault="00615CB7" w:rsidP="00615CB7">
      <w:pPr>
        <w:spacing w:before="100" w:beforeAutospacing="1" w:after="100" w:afterAutospacing="1" w:line="240" w:lineRule="auto"/>
        <w:jc w:val="center"/>
        <w:rPr>
          <w:rFonts w:ascii="Segoe UI Emoji" w:eastAsia="Times New Roman" w:hAnsi="Segoe UI Emoji" w:cs="Segoe UI Emoji"/>
          <w:sz w:val="24"/>
          <w:szCs w:val="24"/>
        </w:rPr>
      </w:pPr>
    </w:p>
    <w:p w14:paraId="07B37F95" w14:textId="230909AC" w:rsidR="00615CB7" w:rsidRPr="00615CB7" w:rsidRDefault="00615CB7" w:rsidP="00615CB7">
      <w:pPr>
        <w:spacing w:before="100" w:beforeAutospacing="1" w:after="100" w:afterAutospacing="1" w:line="240" w:lineRule="auto"/>
        <w:jc w:val="center"/>
        <w:rPr>
          <w:rFonts w:ascii="Times New Roman" w:eastAsia="Times New Roman" w:hAnsi="Times New Roman" w:cs="Times New Roman"/>
          <w:b/>
          <w:bCs/>
          <w:color w:val="4BACC6" w:themeColor="accent5"/>
          <w:sz w:val="28"/>
          <w:szCs w:val="28"/>
        </w:rPr>
      </w:pPr>
      <w:r w:rsidRPr="00615CB7">
        <w:rPr>
          <w:rFonts w:ascii="Segoe UI Emoji" w:eastAsia="Times New Roman" w:hAnsi="Segoe UI Emoji" w:cs="Segoe UI Emoji"/>
          <w:b/>
          <w:bCs/>
          <w:color w:val="4BACC6" w:themeColor="accent5"/>
          <w:sz w:val="28"/>
          <w:szCs w:val="28"/>
        </w:rPr>
        <w:t>🎉</w:t>
      </w:r>
      <w:r w:rsidRPr="00615CB7">
        <w:rPr>
          <w:rFonts w:ascii="Times New Roman" w:eastAsia="Times New Roman" w:hAnsi="Times New Roman" w:cs="Times New Roman"/>
          <w:b/>
          <w:bCs/>
          <w:color w:val="4BACC6" w:themeColor="accent5"/>
          <w:sz w:val="28"/>
          <w:szCs w:val="28"/>
        </w:rPr>
        <w:t xml:space="preserve"> Youth EPIC Weekend – Annual Summer Trip</w:t>
      </w:r>
      <w:r w:rsidRPr="00615CB7">
        <w:rPr>
          <w:rFonts w:ascii="Times New Roman" w:eastAsia="Times New Roman" w:hAnsi="Times New Roman" w:cs="Times New Roman"/>
          <w:b/>
          <w:bCs/>
          <w:color w:val="4BACC6" w:themeColor="accent5"/>
          <w:sz w:val="28"/>
          <w:szCs w:val="28"/>
        </w:rPr>
        <w:br/>
        <w:t>July 24–26, 2026</w:t>
      </w:r>
    </w:p>
    <w:p w14:paraId="0C3223DD" w14:textId="2FD296EF" w:rsidR="00615CB7" w:rsidRDefault="00615CB7" w:rsidP="00615CB7">
      <w:pPr>
        <w:spacing w:before="100" w:beforeAutospacing="1" w:after="100" w:afterAutospacing="1" w:line="240" w:lineRule="auto"/>
        <w:jc w:val="center"/>
        <w:rPr>
          <w:rFonts w:ascii="Segoe UI Emoji" w:eastAsia="Times New Roman" w:hAnsi="Segoe UI Emoji" w:cs="Segoe UI Emoji"/>
          <w:b/>
          <w:bCs/>
          <w:color w:val="4BACC6" w:themeColor="accent5"/>
          <w:sz w:val="28"/>
          <w:szCs w:val="28"/>
        </w:rPr>
      </w:pPr>
      <w:r w:rsidRPr="00615CB7">
        <w:rPr>
          <w:rFonts w:ascii="Times New Roman" w:eastAsia="Times New Roman" w:hAnsi="Times New Roman" w:cs="Times New Roman"/>
          <w:b/>
          <w:bCs/>
          <w:color w:val="4BACC6" w:themeColor="accent5"/>
          <w:sz w:val="28"/>
          <w:szCs w:val="28"/>
        </w:rPr>
        <w:t xml:space="preserve">We can’t wait to see </w:t>
      </w:r>
      <w:proofErr w:type="gramStart"/>
      <w:r w:rsidRPr="00615CB7">
        <w:rPr>
          <w:rFonts w:ascii="Times New Roman" w:eastAsia="Times New Roman" w:hAnsi="Times New Roman" w:cs="Times New Roman"/>
          <w:b/>
          <w:bCs/>
          <w:color w:val="4BACC6" w:themeColor="accent5"/>
          <w:sz w:val="28"/>
          <w:szCs w:val="28"/>
        </w:rPr>
        <w:t>all of</w:t>
      </w:r>
      <w:proofErr w:type="gramEnd"/>
      <w:r w:rsidRPr="00615CB7">
        <w:rPr>
          <w:rFonts w:ascii="Times New Roman" w:eastAsia="Times New Roman" w:hAnsi="Times New Roman" w:cs="Times New Roman"/>
          <w:b/>
          <w:bCs/>
          <w:color w:val="4BACC6" w:themeColor="accent5"/>
          <w:sz w:val="28"/>
          <w:szCs w:val="28"/>
        </w:rPr>
        <w:t xml:space="preserve"> our youth join in for faith, fun, fellowship, and unforgettable memories this summer! </w:t>
      </w:r>
    </w:p>
    <w:p w14:paraId="23F4F5A1" w14:textId="43105E52" w:rsidR="00615CB7" w:rsidRDefault="00615CB7" w:rsidP="00615CB7">
      <w:pPr>
        <w:spacing w:before="100" w:beforeAutospacing="1" w:after="100" w:afterAutospacing="1" w:line="240" w:lineRule="auto"/>
        <w:jc w:val="center"/>
        <w:rPr>
          <w:rFonts w:ascii="Segoe UI Emoji" w:eastAsia="Times New Roman" w:hAnsi="Segoe UI Emoji" w:cs="Segoe UI Emoji"/>
          <w:b/>
          <w:bCs/>
          <w:color w:val="4BACC6" w:themeColor="accent5"/>
          <w:sz w:val="28"/>
          <w:szCs w:val="28"/>
        </w:rPr>
      </w:pPr>
      <w:r>
        <w:rPr>
          <w:rFonts w:ascii="Segoe UI Emoji" w:eastAsia="Times New Roman" w:hAnsi="Segoe UI Emoji" w:cs="Segoe UI Emoji"/>
          <w:b/>
          <w:bCs/>
          <w:color w:val="4BACC6" w:themeColor="accent5"/>
          <w:sz w:val="28"/>
          <w:szCs w:val="28"/>
        </w:rPr>
        <w:t xml:space="preserve">Cost: $200.00/per person </w:t>
      </w:r>
    </w:p>
    <w:p w14:paraId="18B6796A" w14:textId="1C7203D4" w:rsidR="00BC184E" w:rsidRDefault="00615CB7" w:rsidP="00615CB7">
      <w:pPr>
        <w:spacing w:before="100" w:beforeAutospacing="1" w:after="100" w:afterAutospacing="1" w:line="240" w:lineRule="auto"/>
        <w:jc w:val="center"/>
        <w:rPr>
          <w:rFonts w:ascii="Segoe UI Emoji" w:eastAsia="Times New Roman" w:hAnsi="Segoe UI Emoji" w:cs="Segoe UI Emoji"/>
          <w:b/>
          <w:bCs/>
          <w:color w:val="4BACC6" w:themeColor="accent5"/>
          <w:sz w:val="28"/>
          <w:szCs w:val="28"/>
        </w:rPr>
      </w:pPr>
      <w:r>
        <w:rPr>
          <w:rFonts w:ascii="Segoe UI Emoji" w:eastAsia="Times New Roman" w:hAnsi="Segoe UI Emoji" w:cs="Segoe UI Emoji"/>
          <w:b/>
          <w:bCs/>
          <w:color w:val="4BACC6" w:themeColor="accent5"/>
          <w:sz w:val="28"/>
          <w:szCs w:val="28"/>
        </w:rPr>
        <w:t>(Sponsorship opportunities available)</w:t>
      </w:r>
    </w:p>
    <w:p w14:paraId="544855A2" w14:textId="77084744" w:rsidR="00615CB7" w:rsidRPr="00615CB7" w:rsidRDefault="00615CB7" w:rsidP="00615CB7">
      <w:pPr>
        <w:spacing w:before="100" w:beforeAutospacing="1" w:after="100" w:afterAutospacing="1" w:line="240" w:lineRule="auto"/>
        <w:jc w:val="center"/>
        <w:rPr>
          <w:rFonts w:ascii="Segoe UI Emoji" w:eastAsia="Times New Roman" w:hAnsi="Segoe UI Emoji" w:cs="Segoe UI Emoji"/>
          <w:b/>
          <w:bCs/>
          <w:color w:val="002060"/>
          <w:sz w:val="28"/>
          <w:szCs w:val="28"/>
        </w:rPr>
      </w:pPr>
      <w:r w:rsidRPr="00615CB7">
        <w:rPr>
          <w:b/>
          <w:bCs/>
          <w:color w:val="002060"/>
          <w:sz w:val="28"/>
          <w:szCs w:val="28"/>
        </w:rPr>
        <w:t xml:space="preserve">We’d love to celebrate </w:t>
      </w:r>
      <w:proofErr w:type="gramStart"/>
      <w:r w:rsidRPr="00615CB7">
        <w:rPr>
          <w:b/>
          <w:bCs/>
          <w:color w:val="002060"/>
          <w:sz w:val="28"/>
          <w:szCs w:val="28"/>
        </w:rPr>
        <w:t>all of</w:t>
      </w:r>
      <w:proofErr w:type="gramEnd"/>
      <w:r w:rsidRPr="00615CB7">
        <w:rPr>
          <w:b/>
          <w:bCs/>
          <w:color w:val="002060"/>
          <w:sz w:val="28"/>
          <w:szCs w:val="28"/>
        </w:rPr>
        <w:t xml:space="preserve"> our youth! Please continue to submit accomplishments, achievements, awards, school news, sports highlights, and special moments to Bria Smith or Minister Green so we can recognize and encourage our amazing young people. </w:t>
      </w:r>
      <w:r w:rsidRPr="00615CB7">
        <w:rPr>
          <w:rFonts w:ascii="Segoe UI Emoji" w:hAnsi="Segoe UI Emoji" w:cs="Segoe UI Emoji"/>
          <w:b/>
          <w:bCs/>
          <w:color w:val="002060"/>
          <w:sz w:val="28"/>
          <w:szCs w:val="28"/>
        </w:rPr>
        <w:t>💜✨</w:t>
      </w:r>
    </w:p>
    <w:p w14:paraId="7912336B" w14:textId="4C1BD6A6" w:rsidR="00615CB7" w:rsidRPr="00615CB7" w:rsidRDefault="00615CB7" w:rsidP="00615CB7">
      <w:pPr>
        <w:spacing w:before="100" w:beforeAutospacing="1" w:after="100" w:afterAutospacing="1" w:line="240" w:lineRule="auto"/>
        <w:jc w:val="center"/>
        <w:rPr>
          <w:rFonts w:ascii="Segoe UI Emoji" w:eastAsia="Times New Roman" w:hAnsi="Segoe UI Emoji" w:cs="Segoe UI Emoji"/>
          <w:b/>
          <w:bCs/>
          <w:color w:val="4BACC6" w:themeColor="accent5"/>
          <w:sz w:val="28"/>
          <w:szCs w:val="28"/>
        </w:rPr>
      </w:pPr>
      <w:r>
        <w:rPr>
          <w:b/>
          <w:color w:val="8A2BE2"/>
          <w:sz w:val="40"/>
        </w:rPr>
        <w:t xml:space="preserve">Keep shining, SWAG Youth! </w:t>
      </w:r>
      <w:r>
        <w:rPr>
          <w:rFonts w:ascii="Segoe UI Emoji" w:hAnsi="Segoe UI Emoji" w:cs="Segoe UI Emoji"/>
          <w:b/>
          <w:color w:val="8A2BE2"/>
          <w:sz w:val="40"/>
        </w:rPr>
        <w:t>💜</w:t>
      </w:r>
    </w:p>
    <w:p w14:paraId="622A8EAE" w14:textId="7773CB1F" w:rsidR="00BB357D" w:rsidRPr="00615CB7" w:rsidRDefault="00615CB7" w:rsidP="00615CB7">
      <w:pPr>
        <w:spacing w:before="100" w:beforeAutospacing="1" w:after="100" w:afterAutospacing="1" w:line="240" w:lineRule="auto"/>
        <w:rPr>
          <w:rFonts w:ascii="Segoe UI Emoji" w:eastAsia="Times New Roman" w:hAnsi="Segoe UI Emoji" w:cs="Segoe UI Emoji"/>
          <w:b/>
          <w:bCs/>
          <w:color w:val="000000" w:themeColor="text1"/>
          <w:sz w:val="28"/>
          <w:szCs w:val="28"/>
        </w:rPr>
      </w:pPr>
      <w:r w:rsidRPr="00615CB7">
        <w:rPr>
          <w:rFonts w:ascii="Segoe UI Emoji" w:eastAsia="Times New Roman" w:hAnsi="Segoe UI Emoji" w:cs="Segoe UI Emoji"/>
          <w:b/>
          <w:bCs/>
          <w:color w:val="000000" w:themeColor="text1"/>
          <w:sz w:val="28"/>
          <w:szCs w:val="28"/>
        </w:rPr>
        <w:t>Newsletter Editor: Bria Smith</w:t>
      </w:r>
    </w:p>
    <w:sectPr w:rsidR="00BB357D" w:rsidRPr="00615CB7" w:rsidSect="00034616">
      <w:pgSz w:w="12240" w:h="15840"/>
      <w:pgMar w:top="720" w:right="1008" w:bottom="72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masis MT Pro Light">
    <w:charset w:val="00"/>
    <w:family w:val="roman"/>
    <w:pitch w:val="variable"/>
    <w:sig w:usb0="A00000AF" w:usb1="4000205B" w:usb2="00000000" w:usb3="00000000" w:csb0="00000093"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807161051">
    <w:abstractNumId w:val="8"/>
  </w:num>
  <w:num w:numId="2" w16cid:durableId="335959942">
    <w:abstractNumId w:val="6"/>
  </w:num>
  <w:num w:numId="3" w16cid:durableId="1516730153">
    <w:abstractNumId w:val="5"/>
  </w:num>
  <w:num w:numId="4" w16cid:durableId="1308052171">
    <w:abstractNumId w:val="4"/>
  </w:num>
  <w:num w:numId="5" w16cid:durableId="679429411">
    <w:abstractNumId w:val="7"/>
  </w:num>
  <w:num w:numId="6" w16cid:durableId="446122791">
    <w:abstractNumId w:val="3"/>
  </w:num>
  <w:num w:numId="7" w16cid:durableId="1835145139">
    <w:abstractNumId w:val="2"/>
  </w:num>
  <w:num w:numId="8" w16cid:durableId="2130780021">
    <w:abstractNumId w:val="1"/>
  </w:num>
  <w:num w:numId="9" w16cid:durableId="305700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9639D"/>
    <w:rsid w:val="002A391E"/>
    <w:rsid w:val="00326F90"/>
    <w:rsid w:val="003A5C13"/>
    <w:rsid w:val="00540959"/>
    <w:rsid w:val="00615CB7"/>
    <w:rsid w:val="006D68DB"/>
    <w:rsid w:val="0076517B"/>
    <w:rsid w:val="00773183"/>
    <w:rsid w:val="00811956"/>
    <w:rsid w:val="0083114C"/>
    <w:rsid w:val="00860A06"/>
    <w:rsid w:val="00AA1D8D"/>
    <w:rsid w:val="00AD5957"/>
    <w:rsid w:val="00B41E46"/>
    <w:rsid w:val="00B47730"/>
    <w:rsid w:val="00BB357D"/>
    <w:rsid w:val="00BC184E"/>
    <w:rsid w:val="00BD2D0F"/>
    <w:rsid w:val="00CB0664"/>
    <w:rsid w:val="00D411E8"/>
    <w:rsid w:val="00E65006"/>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3AFCA8"/>
  <w14:defaultImageDpi w14:val="300"/>
  <w15:docId w15:val="{AB3267DF-527E-48DE-8030-9B66F01CD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line">
    <w:name w:val="line"/>
    <w:basedOn w:val="Normal"/>
    <w:rsid w:val="00AD59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AD5957"/>
  </w:style>
  <w:style w:type="character" w:customStyle="1" w:styleId="small-caps">
    <w:name w:val="small-caps"/>
    <w:basedOn w:val="DefaultParagraphFont"/>
    <w:rsid w:val="00AD5957"/>
  </w:style>
  <w:style w:type="character" w:customStyle="1" w:styleId="woj">
    <w:name w:val="woj"/>
    <w:basedOn w:val="DefaultParagraphFont"/>
    <w:rsid w:val="006D68DB"/>
  </w:style>
  <w:style w:type="character" w:styleId="Hyperlink">
    <w:name w:val="Hyperlink"/>
    <w:basedOn w:val="DefaultParagraphFont"/>
    <w:uiPriority w:val="99"/>
    <w:semiHidden/>
    <w:unhideWhenUsed/>
    <w:rsid w:val="006D68D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725</Words>
  <Characters>4139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4855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krystal price</cp:lastModifiedBy>
  <cp:revision>9</cp:revision>
  <dcterms:created xsi:type="dcterms:W3CDTF">2026-05-13T19:09:00Z</dcterms:created>
  <dcterms:modified xsi:type="dcterms:W3CDTF">2026-05-14T14:12:00Z</dcterms:modified>
  <cp:category/>
</cp:coreProperties>
</file>